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72A85" w14:textId="7BC1E403" w:rsidR="009C4AC4" w:rsidRPr="00E472A3" w:rsidRDefault="00B90393" w:rsidP="00F2616B">
      <w:pPr>
        <w:pStyle w:val="Titre"/>
        <w:ind w:left="-993" w:right="-1141"/>
        <w:rPr>
          <w:color w:val="365F91" w:themeColor="accent1" w:themeShade="BF"/>
        </w:rPr>
      </w:pPr>
      <w:r w:rsidRPr="00E472A3">
        <w:rPr>
          <w:color w:val="365F91" w:themeColor="accent1" w:themeShade="BF"/>
        </w:rPr>
        <w:t>FICHE DE ROUTE – Équipe Téléthon Jardin Massey</w:t>
      </w:r>
    </w:p>
    <w:p w14:paraId="1D46F51A" w14:textId="6E7BF232" w:rsidR="009C4AC4" w:rsidRPr="00E472A3" w:rsidRDefault="00FC2ECD">
      <w:pPr>
        <w:rPr>
          <w:color w:val="365F91" w:themeColor="accent1" w:themeShade="BF"/>
          <w:sz w:val="52"/>
          <w:szCs w:val="52"/>
        </w:rPr>
      </w:pPr>
      <w:r w:rsidRPr="00E472A3">
        <w:rPr>
          <w:noProof/>
          <w:color w:val="365F91" w:themeColor="accent1" w:themeShade="BF"/>
        </w:rPr>
        <w:drawing>
          <wp:anchor distT="0" distB="0" distL="114300" distR="114300" simplePos="0" relativeHeight="251661312" behindDoc="1" locked="0" layoutInCell="1" allowOverlap="1" wp14:anchorId="4D315C7B" wp14:editId="6EDD9B49">
            <wp:simplePos x="0" y="0"/>
            <wp:positionH relativeFrom="column">
              <wp:posOffset>4572000</wp:posOffset>
            </wp:positionH>
            <wp:positionV relativeFrom="paragraph">
              <wp:posOffset>142557</wp:posOffset>
            </wp:positionV>
            <wp:extent cx="1600200" cy="1513205"/>
            <wp:effectExtent l="0" t="0" r="0" b="0"/>
            <wp:wrapNone/>
            <wp:docPr id="4883685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685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3868702"/>
      <w:r w:rsidR="0068198A" w:rsidRPr="00E472A3">
        <w:rPr>
          <w:color w:val="365F91" w:themeColor="accent1" w:themeShade="BF"/>
          <w:sz w:val="48"/>
          <w:szCs w:val="48"/>
        </w:rPr>
        <w:t xml:space="preserve">Equipe </w:t>
      </w:r>
      <w:r w:rsidR="000D76CD" w:rsidRPr="00E472A3">
        <w:rPr>
          <w:color w:val="365F91" w:themeColor="accent1" w:themeShade="BF"/>
          <w:sz w:val="48"/>
          <w:szCs w:val="48"/>
        </w:rPr>
        <w:t>3</w:t>
      </w:r>
      <w:bookmarkEnd w:id="0"/>
      <w:r w:rsidR="00B90393" w:rsidRPr="00E472A3">
        <w:rPr>
          <w:color w:val="365F91" w:themeColor="accent1" w:themeShade="BF"/>
        </w:rPr>
        <w:t xml:space="preserve"> : </w:t>
      </w:r>
      <w:r w:rsidR="000D76CD" w:rsidRPr="00E472A3">
        <w:rPr>
          <w:color w:val="365F91" w:themeColor="accent1" w:themeShade="BF"/>
          <w:sz w:val="52"/>
          <w:szCs w:val="52"/>
        </w:rPr>
        <w:t xml:space="preserve"> LIONS CLUB LAS NEOUS</w:t>
      </w:r>
    </w:p>
    <w:p w14:paraId="03188B94" w14:textId="6E91E7F1" w:rsidR="00D71160" w:rsidRDefault="00D71160" w:rsidP="00D71160"/>
    <w:p w14:paraId="79781CA5" w14:textId="77777777" w:rsidR="00D71160" w:rsidRDefault="00D71160" w:rsidP="00D71160"/>
    <w:p w14:paraId="17A764E8" w14:textId="77777777" w:rsidR="00371B42" w:rsidRPr="001C44CE" w:rsidRDefault="00371B42" w:rsidP="00371B42">
      <w:r>
        <w:t>Capitaine</w:t>
      </w:r>
      <w:r w:rsidRPr="001C44CE">
        <w:t xml:space="preserve"> de l’équipe : ______________________</w:t>
      </w:r>
    </w:p>
    <w:p w14:paraId="0BD6DDAB" w14:textId="77777777" w:rsidR="00371B42" w:rsidRPr="001C44CE" w:rsidRDefault="00371B42" w:rsidP="00371B42">
      <w:r w:rsidRPr="001C44CE">
        <w:t xml:space="preserve">Téléphone : ____________    </w:t>
      </w:r>
    </w:p>
    <w:p w14:paraId="4D02A43D" w14:textId="77777777" w:rsidR="00371B42" w:rsidRPr="001C44CE" w:rsidRDefault="00371B42" w:rsidP="00371B42">
      <w:r w:rsidRPr="001C44CE">
        <w:t>Nombre de participants : ____</w:t>
      </w:r>
    </w:p>
    <w:p w14:paraId="79639E0F" w14:textId="77777777" w:rsidR="00371B42" w:rsidRPr="001C44CE" w:rsidRDefault="00371B42" w:rsidP="00371B42">
      <w:r w:rsidRPr="001C44CE">
        <w:t>Composition de l’équipe :</w:t>
      </w:r>
    </w:p>
    <w:p w14:paraId="7DB3A6D9" w14:textId="77777777" w:rsidR="00371B42" w:rsidRDefault="00371B42" w:rsidP="00371B42">
      <w:r>
        <w:t>- Prénoms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Provenance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547"/>
        <w:gridCol w:w="4547"/>
      </w:tblGrid>
      <w:tr w:rsidR="00371B42" w14:paraId="23CD3CF2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C758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6630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10585282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CCE9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B494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5FDC79B3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F64E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E733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65897087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B0B4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B9B7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5BDD9701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DD15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5A01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78609D02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D582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B564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43DB3741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5435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401B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35BE477E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A496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DE83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1C6163A6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8902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0291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72473D5B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8B27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4BAF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10917E91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C285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48E6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7DAC208F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4071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F8A2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3A3015EF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199E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322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0912CD73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4FB5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C373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5E9EF655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70DF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E869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  <w:tr w:rsidR="00371B42" w14:paraId="434A436C" w14:textId="77777777" w:rsidTr="00D24C93"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1431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5232" w14:textId="77777777" w:rsidR="00371B42" w:rsidRDefault="00371B42" w:rsidP="00D24C93">
            <w:pPr>
              <w:pStyle w:val="Paragraphedeliste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</w:p>
        </w:tc>
      </w:tr>
    </w:tbl>
    <w:p w14:paraId="1309586F" w14:textId="77777777" w:rsidR="00371B42" w:rsidRPr="001C44CE" w:rsidRDefault="00371B42" w:rsidP="00371B42"/>
    <w:p w14:paraId="689257C3" w14:textId="77777777" w:rsidR="00371B42" w:rsidRDefault="00371B42" w:rsidP="00371B42">
      <w:r w:rsidRPr="001C44CE">
        <w:t>Souhaits ou besoins particuliers : ___________________________________</w:t>
      </w:r>
    </w:p>
    <w:p w14:paraId="513DD1F2" w14:textId="77777777" w:rsidR="00371B42" w:rsidRDefault="00371B42" w:rsidP="00371B42"/>
    <w:p w14:paraId="4BABFF4A" w14:textId="77777777" w:rsidR="00371B42" w:rsidRDefault="00371B42" w:rsidP="00371B42">
      <w:r w:rsidRPr="001C44CE">
        <w:t>Observation ou souvenir marquant de votre équipe : __________________________</w:t>
      </w:r>
    </w:p>
    <w:p w14:paraId="206D9393" w14:textId="77777777" w:rsidR="00371B42" w:rsidRDefault="00371B42" w:rsidP="00371B42"/>
    <w:p w14:paraId="26C33224" w14:textId="77777777" w:rsidR="00371B42" w:rsidRPr="001C44CE" w:rsidRDefault="00371B42" w:rsidP="00371B42"/>
    <w:p w14:paraId="29674A59" w14:textId="77777777" w:rsidR="00371B42" w:rsidRPr="001C44CE" w:rsidRDefault="00371B42" w:rsidP="00371B42">
      <w:r w:rsidRPr="001C44CE">
        <w:t>Signature du responsable : ___________________________</w:t>
      </w:r>
    </w:p>
    <w:p w14:paraId="7A9C05CE" w14:textId="77777777" w:rsidR="00371B42" w:rsidRPr="001C44CE" w:rsidRDefault="00371B42" w:rsidP="00371B42"/>
    <w:p w14:paraId="4E97A8FF" w14:textId="77777777" w:rsidR="00371B42" w:rsidRDefault="00371B42" w:rsidP="00371B42"/>
    <w:p w14:paraId="7FF87B39" w14:textId="77777777" w:rsidR="00D71160" w:rsidRDefault="00D71160"/>
    <w:p w14:paraId="53783338" w14:textId="77777777" w:rsidR="00D71160" w:rsidRDefault="00D71160"/>
    <w:p w14:paraId="0472A4C2" w14:textId="0872D8E7" w:rsidR="00E82E6B" w:rsidRPr="001C44CE" w:rsidRDefault="00E472A3">
      <w:r w:rsidRPr="00E472A3">
        <w:rPr>
          <w:color w:val="365F91" w:themeColor="accent1" w:themeShade="BF"/>
          <w:sz w:val="48"/>
          <w:szCs w:val="48"/>
        </w:rPr>
        <w:lastRenderedPageBreak/>
        <w:t>Equipe 3</w:t>
      </w:r>
    </w:p>
    <w:tbl>
      <w:tblPr>
        <w:tblStyle w:val="Grilledutableau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877"/>
      </w:tblGrid>
      <w:tr w:rsidR="002303E7" w14:paraId="4142EF72" w14:textId="77777777" w:rsidTr="002D1113">
        <w:tc>
          <w:tcPr>
            <w:tcW w:w="4982" w:type="dxa"/>
          </w:tcPr>
          <w:p w14:paraId="162A5ECD" w14:textId="77777777" w:rsidR="002D1113" w:rsidRDefault="002D1113" w:rsidP="002D1113">
            <w:pPr>
              <w:rPr>
                <w:b/>
                <w:bCs/>
                <w:color w:val="7030A0"/>
              </w:rPr>
            </w:pPr>
            <w:r w:rsidRPr="001C44CE">
              <w:rPr>
                <w:rFonts w:ascii="Segoe UI Emoji" w:hAnsi="Segoe UI Emoji" w:cs="Segoe UI Emoji"/>
              </w:rPr>
              <w:t>🟣</w:t>
            </w:r>
            <w:r w:rsidRPr="001C44CE">
              <w:t xml:space="preserve"> Sport : </w:t>
            </w:r>
            <w:r w:rsidRPr="00C50CA7">
              <w:rPr>
                <w:b/>
                <w:bCs/>
                <w:color w:val="7030A0"/>
              </w:rPr>
              <w:t>6 et 8</w:t>
            </w:r>
          </w:p>
          <w:p w14:paraId="29A399AE" w14:textId="72838B47" w:rsidR="002D1113" w:rsidRPr="00C50CA7" w:rsidRDefault="002D1113" w:rsidP="002D1113">
            <w:pPr>
              <w:rPr>
                <w:color w:val="FF00FF"/>
              </w:rPr>
            </w:pPr>
            <w:r w:rsidRPr="00C50CA7">
              <w:rPr>
                <w:rFonts w:ascii="Segoe UI Emoji" w:hAnsi="Segoe UI Emoji" w:cs="Segoe UI Emoji"/>
                <w:color w:val="FF00FF"/>
              </w:rPr>
              <w:t>🔵</w:t>
            </w:r>
            <w:r w:rsidRPr="001C44CE">
              <w:t xml:space="preserve"> Culture : </w:t>
            </w:r>
            <w:r w:rsidRPr="00C50CA7">
              <w:rPr>
                <w:color w:val="FF00FF"/>
              </w:rPr>
              <w:t>3</w:t>
            </w:r>
            <w:r>
              <w:rPr>
                <w:color w:val="FF00FF"/>
              </w:rPr>
              <w:t xml:space="preserve">, 7 </w:t>
            </w:r>
            <w:r w:rsidRPr="00C50CA7">
              <w:rPr>
                <w:color w:val="FF00FF"/>
              </w:rPr>
              <w:t>et 9</w:t>
            </w:r>
          </w:p>
          <w:p w14:paraId="044B5E64" w14:textId="77777777" w:rsidR="002D1113" w:rsidRPr="001C384C" w:rsidRDefault="002D1113" w:rsidP="002D1113">
            <w:pPr>
              <w:rPr>
                <w:b/>
                <w:bCs/>
                <w:color w:val="00B050"/>
              </w:rPr>
            </w:pPr>
            <w:r w:rsidRPr="001C44CE">
              <w:rPr>
                <w:rFonts w:ascii="Segoe UI Emoji" w:hAnsi="Segoe UI Emoji" w:cs="Segoe UI Emoji"/>
              </w:rPr>
              <w:t>🟢</w:t>
            </w:r>
            <w:r w:rsidRPr="001C44CE">
              <w:t xml:space="preserve"> Environnement </w:t>
            </w:r>
            <w:r w:rsidRPr="001C384C">
              <w:rPr>
                <w:b/>
                <w:bCs/>
                <w:color w:val="00B050"/>
              </w:rPr>
              <w:t>: 4 et 5</w:t>
            </w:r>
          </w:p>
          <w:p w14:paraId="5A70D2F5" w14:textId="77777777" w:rsidR="002D1113" w:rsidRPr="00F92E1D" w:rsidRDefault="002D1113" w:rsidP="002D1113">
            <w:pPr>
              <w:rPr>
                <w:b/>
                <w:bCs/>
                <w:color w:val="FFC000"/>
              </w:rPr>
            </w:pPr>
            <w:r w:rsidRPr="005E485B">
              <w:rPr>
                <w:rFonts w:ascii="Segoe UI Emoji" w:hAnsi="Segoe UI Emoji" w:cs="Segoe UI Emoji"/>
                <w:color w:val="EEF30D"/>
              </w:rPr>
              <w:t>🔴</w:t>
            </w:r>
            <w:r w:rsidRPr="005E485B">
              <w:rPr>
                <w:color w:val="EEF30D"/>
              </w:rPr>
              <w:t xml:space="preserve"> </w:t>
            </w:r>
            <w:r w:rsidRPr="005E485B">
              <w:rPr>
                <w:color w:val="000000" w:themeColor="text1"/>
              </w:rPr>
              <w:t>S</w:t>
            </w:r>
            <w:r w:rsidRPr="001C44CE">
              <w:t xml:space="preserve">anté : </w:t>
            </w:r>
            <w:r w:rsidRPr="00F92E1D">
              <w:rPr>
                <w:b/>
                <w:bCs/>
                <w:color w:val="FFC000"/>
              </w:rPr>
              <w:t>1,10 et 11</w:t>
            </w:r>
          </w:p>
          <w:p w14:paraId="3559D66C" w14:textId="77777777" w:rsidR="002D1113" w:rsidRDefault="002D1113" w:rsidP="002D1113">
            <w:pPr>
              <w:rPr>
                <w:b/>
                <w:bCs/>
                <w:color w:val="0070C0"/>
              </w:rPr>
            </w:pPr>
            <w:r w:rsidRPr="00AA1634">
              <w:rPr>
                <w:rFonts w:ascii="Segoe UI Emoji" w:hAnsi="Segoe UI Emoji" w:cs="Segoe UI Emoji"/>
                <w:color w:val="0070C0"/>
              </w:rPr>
              <w:t>🟠</w:t>
            </w:r>
            <w:r w:rsidRPr="001C44CE">
              <w:t xml:space="preserve"> Citoyenneté : </w:t>
            </w:r>
            <w:r w:rsidRPr="00F92E1D">
              <w:rPr>
                <w:b/>
                <w:bCs/>
                <w:color w:val="0070C0"/>
              </w:rPr>
              <w:t>2 et 12</w:t>
            </w:r>
          </w:p>
          <w:p w14:paraId="7E34EAA3" w14:textId="5283C9C5" w:rsidR="002D1113" w:rsidRDefault="002D1113"/>
        </w:tc>
        <w:tc>
          <w:tcPr>
            <w:tcW w:w="4982" w:type="dxa"/>
          </w:tcPr>
          <w:p w14:paraId="4F1A5BDC" w14:textId="5F14753A" w:rsidR="002D1113" w:rsidRDefault="00040C0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EE20D8F" wp14:editId="02328A0E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-315278</wp:posOffset>
                  </wp:positionV>
                  <wp:extent cx="1819275" cy="1720401"/>
                  <wp:effectExtent l="0" t="0" r="0" b="0"/>
                  <wp:wrapNone/>
                  <wp:docPr id="21312898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28980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72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B3A568" w14:textId="74D7AB24" w:rsidR="009C4AC4" w:rsidRPr="001C44CE" w:rsidRDefault="009C4AC4"/>
    <w:p w14:paraId="465D012A" w14:textId="77777777" w:rsidR="00953E23" w:rsidRDefault="00953E23" w:rsidP="00A375F3">
      <w:pPr>
        <w:rPr>
          <w:b/>
          <w:bCs/>
          <w:color w:val="0070C0"/>
        </w:rPr>
      </w:pPr>
    </w:p>
    <w:p w14:paraId="1232819A" w14:textId="0AD3499C" w:rsidR="00B90393" w:rsidRPr="001C44CE" w:rsidRDefault="00A375F3" w:rsidP="00BE7D13">
      <w:pPr>
        <w:ind w:left="-1276"/>
        <w:jc w:val="center"/>
      </w:pPr>
      <w:r w:rsidRPr="00953E23">
        <w:rPr>
          <w:highlight w:val="yellow"/>
        </w:rPr>
        <w:t>Consignes : faire valider chaque atelier par un tampon ou une signature.</w:t>
      </w:r>
    </w:p>
    <w:tbl>
      <w:tblPr>
        <w:tblStyle w:val="Grilledutableau"/>
        <w:tblW w:w="0" w:type="auto"/>
        <w:tblInd w:w="-1168" w:type="dxa"/>
        <w:tblLook w:val="04A0" w:firstRow="1" w:lastRow="0" w:firstColumn="1" w:lastColumn="0" w:noHBand="0" w:noVBand="1"/>
      </w:tblPr>
      <w:tblGrid>
        <w:gridCol w:w="477"/>
        <w:gridCol w:w="2886"/>
        <w:gridCol w:w="2015"/>
        <w:gridCol w:w="1267"/>
        <w:gridCol w:w="2876"/>
        <w:gridCol w:w="1461"/>
      </w:tblGrid>
      <w:tr w:rsidR="003703DC" w:rsidRPr="001C44CE" w14:paraId="4EBD92F2" w14:textId="77777777" w:rsidTr="006E4ECC">
        <w:tc>
          <w:tcPr>
            <w:tcW w:w="0" w:type="auto"/>
          </w:tcPr>
          <w:p w14:paraId="0B075567" w14:textId="77777777" w:rsidR="001365E8" w:rsidRPr="001C44CE" w:rsidRDefault="001365E8" w:rsidP="00E5445E">
            <w:pPr>
              <w:jc w:val="center"/>
            </w:pPr>
          </w:p>
        </w:tc>
        <w:tc>
          <w:tcPr>
            <w:tcW w:w="0" w:type="auto"/>
            <w:vAlign w:val="center"/>
          </w:tcPr>
          <w:p w14:paraId="3363FA01" w14:textId="2C22EE9C" w:rsidR="001365E8" w:rsidRPr="00E5445E" w:rsidRDefault="001365E8" w:rsidP="006F152D">
            <w:pPr>
              <w:jc w:val="center"/>
              <w:rPr>
                <w:b/>
                <w:bCs/>
              </w:rPr>
            </w:pPr>
            <w:r w:rsidRPr="00E5445E">
              <w:rPr>
                <w:b/>
                <w:bCs/>
              </w:rPr>
              <w:t>Acteur</w:t>
            </w:r>
          </w:p>
        </w:tc>
        <w:tc>
          <w:tcPr>
            <w:tcW w:w="0" w:type="auto"/>
            <w:vAlign w:val="center"/>
          </w:tcPr>
          <w:p w14:paraId="1D7ACAF0" w14:textId="439654CF" w:rsidR="001365E8" w:rsidRPr="00E5445E" w:rsidRDefault="001365E8" w:rsidP="006F152D">
            <w:pPr>
              <w:jc w:val="center"/>
              <w:rPr>
                <w:b/>
                <w:bCs/>
              </w:rPr>
            </w:pPr>
            <w:r w:rsidRPr="00E5445E">
              <w:rPr>
                <w:b/>
                <w:bCs/>
              </w:rPr>
              <w:t>NOM de l’atelier</w:t>
            </w:r>
          </w:p>
        </w:tc>
        <w:tc>
          <w:tcPr>
            <w:tcW w:w="0" w:type="auto"/>
            <w:vAlign w:val="center"/>
          </w:tcPr>
          <w:p w14:paraId="49D2970C" w14:textId="77777777" w:rsidR="00F20487" w:rsidRDefault="00F20487" w:rsidP="006F152D">
            <w:pPr>
              <w:jc w:val="center"/>
              <w:rPr>
                <w:b/>
                <w:bCs/>
              </w:rPr>
            </w:pPr>
          </w:p>
          <w:p w14:paraId="14437604" w14:textId="61425C0F" w:rsidR="001365E8" w:rsidRDefault="001365E8" w:rsidP="006F152D">
            <w:pPr>
              <w:jc w:val="center"/>
              <w:rPr>
                <w:b/>
                <w:bCs/>
              </w:rPr>
            </w:pPr>
            <w:r w:rsidRPr="00E5445E">
              <w:rPr>
                <w:b/>
                <w:bCs/>
              </w:rPr>
              <w:t>Validation</w:t>
            </w:r>
          </w:p>
          <w:p w14:paraId="0AC8131C" w14:textId="6FF92E41" w:rsidR="00FC2014" w:rsidRPr="00E5445E" w:rsidRDefault="00FC2014" w:rsidP="006F152D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</w:tcPr>
          <w:p w14:paraId="7CDA929A" w14:textId="77777777" w:rsidR="001365E8" w:rsidRPr="00E5445E" w:rsidRDefault="001365E8" w:rsidP="006F152D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891DC4F" w14:textId="13609FAE" w:rsidR="001365E8" w:rsidRPr="00E5445E" w:rsidRDefault="001365E8" w:rsidP="006F152D">
            <w:pPr>
              <w:jc w:val="center"/>
              <w:rPr>
                <w:b/>
                <w:bCs/>
              </w:rPr>
            </w:pPr>
            <w:r w:rsidRPr="00E5445E">
              <w:rPr>
                <w:b/>
                <w:bCs/>
              </w:rPr>
              <w:t>Observation</w:t>
            </w:r>
          </w:p>
        </w:tc>
      </w:tr>
      <w:tr w:rsidR="003703DC" w:rsidRPr="001C44CE" w14:paraId="6CF99064" w14:textId="77777777" w:rsidTr="00FC2014">
        <w:tc>
          <w:tcPr>
            <w:tcW w:w="0" w:type="auto"/>
            <w:shd w:val="clear" w:color="auto" w:fill="E010CC"/>
            <w:vAlign w:val="center"/>
          </w:tcPr>
          <w:p w14:paraId="449C6E48" w14:textId="212A2315" w:rsidR="00FC2014" w:rsidRPr="00B77950" w:rsidRDefault="00FC2014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3</w:t>
            </w:r>
          </w:p>
        </w:tc>
        <w:tc>
          <w:tcPr>
            <w:tcW w:w="0" w:type="auto"/>
            <w:vAlign w:val="center"/>
          </w:tcPr>
          <w:p w14:paraId="403F8A7C" w14:textId="314FD0BC" w:rsidR="00FC2014" w:rsidRDefault="00FC2014" w:rsidP="006F152D">
            <w:pPr>
              <w:jc w:val="center"/>
            </w:pPr>
            <w:r>
              <w:t>Amis du baron Larrey</w:t>
            </w:r>
          </w:p>
        </w:tc>
        <w:tc>
          <w:tcPr>
            <w:tcW w:w="0" w:type="auto"/>
            <w:vAlign w:val="center"/>
          </w:tcPr>
          <w:p w14:paraId="60B09814" w14:textId="2120FD9F" w:rsidR="00FC2014" w:rsidRDefault="00E472A3" w:rsidP="006F152D">
            <w:pPr>
              <w:jc w:val="center"/>
            </w:pPr>
            <w:r>
              <w:t>Ça Urge !</w:t>
            </w:r>
          </w:p>
        </w:tc>
        <w:tc>
          <w:tcPr>
            <w:tcW w:w="0" w:type="auto"/>
            <w:vAlign w:val="center"/>
          </w:tcPr>
          <w:p w14:paraId="71C719B8" w14:textId="77777777" w:rsidR="00FC2014" w:rsidRPr="001C44CE" w:rsidRDefault="00FC2014" w:rsidP="006F152D">
            <w:pPr>
              <w:jc w:val="center"/>
            </w:pPr>
          </w:p>
        </w:tc>
        <w:tc>
          <w:tcPr>
            <w:tcW w:w="0" w:type="auto"/>
          </w:tcPr>
          <w:p w14:paraId="7E329B9B" w14:textId="13A68A7F" w:rsidR="00FC2014" w:rsidRDefault="003703DC" w:rsidP="006F15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BF390" wp14:editId="7E513B9C">
                  <wp:extent cx="372765" cy="371475"/>
                  <wp:effectExtent l="0" t="0" r="8255" b="0"/>
                  <wp:docPr id="15516182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18241" name="Image 15516182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78" cy="37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6887B92" w14:textId="77777777" w:rsidR="00FC2014" w:rsidRDefault="00FC2014" w:rsidP="006F152D">
            <w:pPr>
              <w:jc w:val="center"/>
            </w:pPr>
          </w:p>
        </w:tc>
      </w:tr>
      <w:tr w:rsidR="003703DC" w:rsidRPr="001C44CE" w14:paraId="453849A4" w14:textId="77777777" w:rsidTr="006E4ECC">
        <w:tc>
          <w:tcPr>
            <w:tcW w:w="0" w:type="auto"/>
            <w:shd w:val="clear" w:color="auto" w:fill="00B0F0"/>
            <w:vAlign w:val="center"/>
          </w:tcPr>
          <w:p w14:paraId="0E2C18B7" w14:textId="728B3199" w:rsidR="001365E8" w:rsidRPr="00B77950" w:rsidRDefault="001365E8" w:rsidP="006F152D">
            <w:pPr>
              <w:jc w:val="center"/>
              <w:rPr>
                <w:b/>
                <w:bCs/>
              </w:rPr>
            </w:pPr>
            <w:r w:rsidRPr="00B77950">
              <w:rPr>
                <w:b/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14:paraId="4CBCE24C" w14:textId="0E4A7FEC" w:rsidR="001365E8" w:rsidRPr="001C44CE" w:rsidRDefault="001365E8" w:rsidP="006F152D">
            <w:pPr>
              <w:jc w:val="center"/>
            </w:pPr>
            <w:r>
              <w:t>Don du sang</w:t>
            </w:r>
          </w:p>
        </w:tc>
        <w:tc>
          <w:tcPr>
            <w:tcW w:w="0" w:type="auto"/>
            <w:vAlign w:val="center"/>
          </w:tcPr>
          <w:p w14:paraId="41604681" w14:textId="509D15C5" w:rsidR="001365E8" w:rsidRDefault="00862171" w:rsidP="006F152D">
            <w:pPr>
              <w:jc w:val="center"/>
            </w:pPr>
            <w:r>
              <w:t>Par qui ?</w:t>
            </w:r>
          </w:p>
          <w:p w14:paraId="054251D5" w14:textId="2397EB1F" w:rsidR="00862171" w:rsidRPr="001C44CE" w:rsidRDefault="00862171" w:rsidP="006F152D">
            <w:pPr>
              <w:jc w:val="center"/>
            </w:pPr>
            <w:r>
              <w:t>Pour qui ?</w:t>
            </w:r>
          </w:p>
        </w:tc>
        <w:tc>
          <w:tcPr>
            <w:tcW w:w="0" w:type="auto"/>
            <w:vAlign w:val="center"/>
          </w:tcPr>
          <w:p w14:paraId="5C4A1226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541B6E35" w14:textId="3109A459" w:rsidR="001365E8" w:rsidRDefault="003D0834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2CA77" wp14:editId="7F3F9C89">
                  <wp:extent cx="400050" cy="40005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58" cy="40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4D0D3D6" w14:textId="3D0A6D99" w:rsidR="001365E8" w:rsidRDefault="001365E8" w:rsidP="006F152D">
            <w:pPr>
              <w:jc w:val="center"/>
            </w:pPr>
          </w:p>
          <w:p w14:paraId="20A7175F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68BD35DB" w14:textId="77777777" w:rsidTr="00C27600">
        <w:tc>
          <w:tcPr>
            <w:tcW w:w="0" w:type="auto"/>
            <w:shd w:val="clear" w:color="auto" w:fill="EEF30D"/>
            <w:vAlign w:val="center"/>
          </w:tcPr>
          <w:p w14:paraId="09049657" w14:textId="40DE5FC7" w:rsidR="00C27600" w:rsidRPr="00B77950" w:rsidRDefault="00C27600" w:rsidP="006F15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vAlign w:val="center"/>
          </w:tcPr>
          <w:p w14:paraId="1008492C" w14:textId="26439A07" w:rsidR="00C27600" w:rsidRDefault="00C27600" w:rsidP="006F152D">
            <w:pPr>
              <w:jc w:val="center"/>
            </w:pPr>
            <w:r>
              <w:t>Croix Rouge</w:t>
            </w:r>
          </w:p>
        </w:tc>
        <w:tc>
          <w:tcPr>
            <w:tcW w:w="0" w:type="auto"/>
            <w:vAlign w:val="center"/>
          </w:tcPr>
          <w:p w14:paraId="28EBCDFD" w14:textId="480CAA7B" w:rsidR="00C27600" w:rsidRDefault="00E472A3" w:rsidP="006F152D">
            <w:pPr>
              <w:jc w:val="center"/>
            </w:pPr>
            <w:r>
              <w:t>Ça saigne !</w:t>
            </w:r>
          </w:p>
        </w:tc>
        <w:tc>
          <w:tcPr>
            <w:tcW w:w="0" w:type="auto"/>
            <w:vAlign w:val="center"/>
          </w:tcPr>
          <w:p w14:paraId="794A34CE" w14:textId="77777777" w:rsidR="00C27600" w:rsidRPr="001C44CE" w:rsidRDefault="00C27600" w:rsidP="006F152D">
            <w:pPr>
              <w:jc w:val="center"/>
            </w:pPr>
          </w:p>
        </w:tc>
        <w:tc>
          <w:tcPr>
            <w:tcW w:w="0" w:type="auto"/>
          </w:tcPr>
          <w:p w14:paraId="2ED8B122" w14:textId="4B5BE98C" w:rsidR="00C27600" w:rsidRDefault="00C27600" w:rsidP="006F15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B8910" wp14:editId="5B65DF30">
                  <wp:extent cx="521270" cy="5143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35" cy="53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A102737" w14:textId="77777777" w:rsidR="00C27600" w:rsidRDefault="00C27600" w:rsidP="006F152D">
            <w:pPr>
              <w:jc w:val="center"/>
            </w:pPr>
          </w:p>
        </w:tc>
      </w:tr>
      <w:tr w:rsidR="003703DC" w:rsidRPr="001C44CE" w14:paraId="56D4E873" w14:textId="77777777" w:rsidTr="006E4ECC">
        <w:tc>
          <w:tcPr>
            <w:tcW w:w="0" w:type="auto"/>
            <w:shd w:val="clear" w:color="auto" w:fill="00B050"/>
            <w:vAlign w:val="center"/>
          </w:tcPr>
          <w:p w14:paraId="23183E8C" w14:textId="4E7CB994" w:rsidR="001365E8" w:rsidRPr="006F152D" w:rsidRDefault="001365E8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</w:tcPr>
          <w:p w14:paraId="74243D2C" w14:textId="6E81FD02" w:rsidR="001365E8" w:rsidRPr="001C44CE" w:rsidRDefault="00E472A3" w:rsidP="006F152D">
            <w:pPr>
              <w:jc w:val="center"/>
            </w:pPr>
            <w:r>
              <w:t>SYMAT</w:t>
            </w:r>
          </w:p>
        </w:tc>
        <w:tc>
          <w:tcPr>
            <w:tcW w:w="0" w:type="auto"/>
            <w:vAlign w:val="center"/>
          </w:tcPr>
          <w:p w14:paraId="2D4BC9A8" w14:textId="4108AAE3" w:rsidR="001365E8" w:rsidRPr="001C44CE" w:rsidRDefault="00E472A3" w:rsidP="006F152D">
            <w:pPr>
              <w:jc w:val="center"/>
            </w:pPr>
            <w:r>
              <w:t>Pain perdu</w:t>
            </w:r>
          </w:p>
        </w:tc>
        <w:tc>
          <w:tcPr>
            <w:tcW w:w="0" w:type="auto"/>
            <w:vAlign w:val="center"/>
          </w:tcPr>
          <w:p w14:paraId="4F83F17F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657B86ED" w14:textId="39B029AA" w:rsidR="001365E8" w:rsidRDefault="00E472A3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B35D3" wp14:editId="188CBC0B">
                  <wp:extent cx="1361800" cy="417134"/>
                  <wp:effectExtent l="0" t="0" r="0" b="2540"/>
                  <wp:docPr id="2489891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989197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9915" t="15491" r="8535" b="1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30" cy="43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D5C2BC8" w14:textId="283A73DC" w:rsidR="001365E8" w:rsidRDefault="001365E8" w:rsidP="006F152D">
            <w:pPr>
              <w:jc w:val="center"/>
            </w:pPr>
          </w:p>
          <w:p w14:paraId="13D46936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7E7F5062" w14:textId="77777777" w:rsidTr="006E4ECC">
        <w:tc>
          <w:tcPr>
            <w:tcW w:w="0" w:type="auto"/>
            <w:shd w:val="clear" w:color="auto" w:fill="00B050"/>
            <w:vAlign w:val="center"/>
          </w:tcPr>
          <w:p w14:paraId="097EDA60" w14:textId="21E83530" w:rsidR="001365E8" w:rsidRPr="006F152D" w:rsidRDefault="001365E8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5</w:t>
            </w:r>
          </w:p>
        </w:tc>
        <w:tc>
          <w:tcPr>
            <w:tcW w:w="0" w:type="auto"/>
            <w:vAlign w:val="center"/>
          </w:tcPr>
          <w:p w14:paraId="628C3AC9" w14:textId="6F83D686" w:rsidR="001365E8" w:rsidRPr="001C44CE" w:rsidRDefault="001365E8" w:rsidP="006F152D">
            <w:pPr>
              <w:jc w:val="center"/>
            </w:pPr>
            <w:r>
              <w:t>Mystère</w:t>
            </w:r>
          </w:p>
        </w:tc>
        <w:tc>
          <w:tcPr>
            <w:tcW w:w="0" w:type="auto"/>
            <w:vAlign w:val="center"/>
          </w:tcPr>
          <w:p w14:paraId="38B82DC7" w14:textId="56ABD5D8" w:rsidR="001365E8" w:rsidRPr="001C44CE" w:rsidRDefault="00862171" w:rsidP="006F152D">
            <w:pPr>
              <w:jc w:val="center"/>
            </w:pPr>
            <w:r>
              <w:t>Qui suis-je ?</w:t>
            </w:r>
          </w:p>
        </w:tc>
        <w:tc>
          <w:tcPr>
            <w:tcW w:w="0" w:type="auto"/>
            <w:vAlign w:val="center"/>
          </w:tcPr>
          <w:p w14:paraId="0CC0EF55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4D0A4113" w14:textId="67A2485A" w:rsidR="001365E8" w:rsidRDefault="00E472A3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E87F9" wp14:editId="43734F25">
                  <wp:extent cx="428625" cy="428625"/>
                  <wp:effectExtent l="0" t="0" r="0" b="9525"/>
                  <wp:docPr id="2103381973" name="Graphique 2" descr="Plant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381973" name="Graphique 2103381973" descr="Plante avec un remplissage uni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16" cy="42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E08FF95" w14:textId="5CB5FF26" w:rsidR="001365E8" w:rsidRDefault="001365E8" w:rsidP="006F152D">
            <w:pPr>
              <w:jc w:val="center"/>
            </w:pPr>
          </w:p>
          <w:p w14:paraId="60AA40A8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7BE56AD5" w14:textId="77777777" w:rsidTr="006E4ECC">
        <w:tc>
          <w:tcPr>
            <w:tcW w:w="0" w:type="auto"/>
            <w:shd w:val="clear" w:color="auto" w:fill="7030A0"/>
            <w:vAlign w:val="center"/>
          </w:tcPr>
          <w:p w14:paraId="40E66795" w14:textId="644D44C8" w:rsidR="001365E8" w:rsidRPr="006F152D" w:rsidRDefault="001365E8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6</w:t>
            </w:r>
          </w:p>
        </w:tc>
        <w:tc>
          <w:tcPr>
            <w:tcW w:w="0" w:type="auto"/>
            <w:vAlign w:val="center"/>
          </w:tcPr>
          <w:p w14:paraId="622096DE" w14:textId="2AD0DE6C" w:rsidR="001365E8" w:rsidRPr="001C44CE" w:rsidRDefault="001365E8" w:rsidP="006F152D">
            <w:pPr>
              <w:jc w:val="center"/>
            </w:pPr>
            <w:r>
              <w:t>AC 65 Krav Maga</w:t>
            </w:r>
          </w:p>
        </w:tc>
        <w:tc>
          <w:tcPr>
            <w:tcW w:w="0" w:type="auto"/>
            <w:vAlign w:val="center"/>
          </w:tcPr>
          <w:p w14:paraId="1748B764" w14:textId="2AAF930B" w:rsidR="001365E8" w:rsidRPr="001C44CE" w:rsidRDefault="00562A4E" w:rsidP="006F152D">
            <w:pPr>
              <w:jc w:val="center"/>
            </w:pPr>
            <w:r>
              <w:t>Protège toi</w:t>
            </w:r>
          </w:p>
        </w:tc>
        <w:tc>
          <w:tcPr>
            <w:tcW w:w="0" w:type="auto"/>
            <w:vAlign w:val="center"/>
          </w:tcPr>
          <w:p w14:paraId="5BB02AA7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1C17BB2E" w14:textId="04D64C8A" w:rsidR="001365E8" w:rsidRDefault="00BF3360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30B19" wp14:editId="19A491B4">
                  <wp:extent cx="457200" cy="457200"/>
                  <wp:effectExtent l="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98" cy="45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D22236" w14:textId="25251EB5" w:rsidR="001365E8" w:rsidRDefault="001365E8" w:rsidP="006F152D">
            <w:pPr>
              <w:jc w:val="center"/>
            </w:pPr>
          </w:p>
          <w:p w14:paraId="106132C5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77294A46" w14:textId="77777777" w:rsidTr="006E4ECC">
        <w:tc>
          <w:tcPr>
            <w:tcW w:w="0" w:type="auto"/>
            <w:shd w:val="clear" w:color="auto" w:fill="FF00FF"/>
            <w:vAlign w:val="center"/>
          </w:tcPr>
          <w:p w14:paraId="2492182B" w14:textId="061368DA" w:rsidR="001365E8" w:rsidRPr="006F152D" w:rsidRDefault="001365E8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7</w:t>
            </w:r>
          </w:p>
        </w:tc>
        <w:tc>
          <w:tcPr>
            <w:tcW w:w="0" w:type="auto"/>
            <w:vAlign w:val="center"/>
          </w:tcPr>
          <w:p w14:paraId="13B5FA2C" w14:textId="3F69AC68" w:rsidR="001365E8" w:rsidRPr="001C44CE" w:rsidRDefault="00F2616B" w:rsidP="006F152D">
            <w:pPr>
              <w:jc w:val="center"/>
            </w:pPr>
            <w:r>
              <w:t>ESAD</w:t>
            </w:r>
          </w:p>
        </w:tc>
        <w:tc>
          <w:tcPr>
            <w:tcW w:w="0" w:type="auto"/>
            <w:vAlign w:val="center"/>
          </w:tcPr>
          <w:p w14:paraId="474B2793" w14:textId="6B34807F" w:rsidR="001365E8" w:rsidRPr="001C44CE" w:rsidRDefault="00D26895" w:rsidP="006F152D">
            <w:pPr>
              <w:jc w:val="center"/>
            </w:pPr>
            <w:r>
              <w:t xml:space="preserve">Symphonie </w:t>
            </w:r>
          </w:p>
        </w:tc>
        <w:tc>
          <w:tcPr>
            <w:tcW w:w="0" w:type="auto"/>
            <w:vAlign w:val="center"/>
          </w:tcPr>
          <w:p w14:paraId="293A1815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146F249D" w14:textId="229D5875" w:rsidR="001365E8" w:rsidRDefault="003703DC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5753AE" wp14:editId="7631DF26">
                  <wp:extent cx="768985" cy="333375"/>
                  <wp:effectExtent l="0" t="0" r="0" b="9525"/>
                  <wp:docPr id="170783767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37679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-128" t="16665" r="128" b="11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086396" w14:textId="30BB1707" w:rsidR="001365E8" w:rsidRDefault="001365E8" w:rsidP="006F152D">
            <w:pPr>
              <w:jc w:val="center"/>
            </w:pPr>
          </w:p>
          <w:p w14:paraId="34BAA3C3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15326015" w14:textId="77777777" w:rsidTr="006E4ECC">
        <w:tc>
          <w:tcPr>
            <w:tcW w:w="0" w:type="auto"/>
            <w:shd w:val="clear" w:color="auto" w:fill="7030A0"/>
            <w:vAlign w:val="center"/>
          </w:tcPr>
          <w:p w14:paraId="7C59D7E0" w14:textId="489CBF06" w:rsidR="001365E8" w:rsidRPr="006F152D" w:rsidRDefault="001365E8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8</w:t>
            </w:r>
          </w:p>
        </w:tc>
        <w:tc>
          <w:tcPr>
            <w:tcW w:w="0" w:type="auto"/>
            <w:vAlign w:val="center"/>
          </w:tcPr>
          <w:p w14:paraId="1DBB998C" w14:textId="50AA44A5" w:rsidR="001365E8" w:rsidRPr="001C44CE" w:rsidRDefault="00ED68A6" w:rsidP="006F152D">
            <w:pPr>
              <w:jc w:val="center"/>
            </w:pPr>
            <w:r>
              <w:t>Handi sport</w:t>
            </w:r>
          </w:p>
        </w:tc>
        <w:tc>
          <w:tcPr>
            <w:tcW w:w="0" w:type="auto"/>
            <w:vAlign w:val="center"/>
          </w:tcPr>
          <w:p w14:paraId="40FE5C5D" w14:textId="7F7D53DB" w:rsidR="001365E8" w:rsidRPr="001C44CE" w:rsidRDefault="00D26895" w:rsidP="006F152D">
            <w:pPr>
              <w:jc w:val="center"/>
            </w:pPr>
            <w:r>
              <w:t>La Boccia</w:t>
            </w:r>
          </w:p>
        </w:tc>
        <w:tc>
          <w:tcPr>
            <w:tcW w:w="0" w:type="auto"/>
            <w:vAlign w:val="center"/>
          </w:tcPr>
          <w:p w14:paraId="792A20B7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2E741003" w14:textId="59C87D97" w:rsidR="001365E8" w:rsidRDefault="0085421A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6E6FD" wp14:editId="793BB6DE">
                  <wp:extent cx="452120" cy="452120"/>
                  <wp:effectExtent l="0" t="0" r="5080" b="508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36" cy="46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214A71A" w14:textId="30BBC4A7" w:rsidR="001365E8" w:rsidRDefault="001365E8" w:rsidP="006F152D">
            <w:pPr>
              <w:jc w:val="center"/>
            </w:pPr>
          </w:p>
          <w:p w14:paraId="603610E1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73759D2F" w14:textId="77777777" w:rsidTr="006E4ECC">
        <w:tc>
          <w:tcPr>
            <w:tcW w:w="0" w:type="auto"/>
            <w:shd w:val="clear" w:color="auto" w:fill="FF00FF"/>
            <w:vAlign w:val="center"/>
          </w:tcPr>
          <w:p w14:paraId="43F55816" w14:textId="021C182D" w:rsidR="001365E8" w:rsidRPr="006F152D" w:rsidRDefault="001365E8" w:rsidP="006F152D">
            <w:pPr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9</w:t>
            </w:r>
          </w:p>
        </w:tc>
        <w:tc>
          <w:tcPr>
            <w:tcW w:w="0" w:type="auto"/>
            <w:vAlign w:val="center"/>
          </w:tcPr>
          <w:p w14:paraId="36410E8C" w14:textId="34BF474C" w:rsidR="001365E8" w:rsidRPr="001C44CE" w:rsidRDefault="00C23EE1" w:rsidP="006F152D">
            <w:pPr>
              <w:jc w:val="center"/>
            </w:pPr>
            <w:r>
              <w:t>Musées Massey</w:t>
            </w:r>
          </w:p>
        </w:tc>
        <w:tc>
          <w:tcPr>
            <w:tcW w:w="0" w:type="auto"/>
            <w:vAlign w:val="center"/>
          </w:tcPr>
          <w:p w14:paraId="78D7E06E" w14:textId="7FB697D4" w:rsidR="001365E8" w:rsidRPr="001C44CE" w:rsidRDefault="00D26895" w:rsidP="006F152D">
            <w:pPr>
              <w:jc w:val="center"/>
            </w:pPr>
            <w:r>
              <w:t>Emotion</w:t>
            </w:r>
          </w:p>
        </w:tc>
        <w:tc>
          <w:tcPr>
            <w:tcW w:w="0" w:type="auto"/>
            <w:vAlign w:val="center"/>
          </w:tcPr>
          <w:p w14:paraId="0CC9D86C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34E6E0B1" w14:textId="631A5B11" w:rsidR="001365E8" w:rsidRDefault="00DC4737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248ECB" wp14:editId="3EBD23F4">
                  <wp:extent cx="1371111" cy="461963"/>
                  <wp:effectExtent l="0" t="0" r="635" b="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63" cy="48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5D5B208" w14:textId="27BA65FA" w:rsidR="001365E8" w:rsidRDefault="001365E8" w:rsidP="006F152D">
            <w:pPr>
              <w:jc w:val="center"/>
            </w:pPr>
          </w:p>
          <w:p w14:paraId="36804F79" w14:textId="77777777" w:rsidR="001365E8" w:rsidRPr="001C44CE" w:rsidRDefault="001365E8" w:rsidP="006F152D">
            <w:pPr>
              <w:jc w:val="center"/>
            </w:pPr>
          </w:p>
        </w:tc>
      </w:tr>
      <w:tr w:rsidR="003703DC" w:rsidRPr="001C44CE" w14:paraId="54A1C104" w14:textId="77777777" w:rsidTr="006E4ECC">
        <w:tc>
          <w:tcPr>
            <w:tcW w:w="0" w:type="auto"/>
            <w:shd w:val="clear" w:color="auto" w:fill="EEF30D"/>
            <w:vAlign w:val="center"/>
          </w:tcPr>
          <w:p w14:paraId="486FDF83" w14:textId="61C8E7B5" w:rsidR="001365E8" w:rsidRPr="006F152D" w:rsidRDefault="001365E8" w:rsidP="006F152D">
            <w:pPr>
              <w:tabs>
                <w:tab w:val="left" w:pos="1020"/>
              </w:tabs>
              <w:jc w:val="center"/>
              <w:rPr>
                <w:b/>
                <w:bCs/>
              </w:rPr>
            </w:pPr>
            <w:r w:rsidRPr="006F152D">
              <w:rPr>
                <w:b/>
                <w:bCs/>
              </w:rPr>
              <w:t>10</w:t>
            </w:r>
          </w:p>
        </w:tc>
        <w:tc>
          <w:tcPr>
            <w:tcW w:w="0" w:type="auto"/>
            <w:vAlign w:val="center"/>
          </w:tcPr>
          <w:p w14:paraId="06DE8AB9" w14:textId="60419C26" w:rsidR="001365E8" w:rsidRPr="001C44CE" w:rsidRDefault="001365E8" w:rsidP="006F152D">
            <w:pPr>
              <w:suppressAutoHyphens/>
              <w:autoSpaceDN w:val="0"/>
              <w:spacing w:before="100" w:after="100"/>
              <w:jc w:val="center"/>
            </w:pPr>
            <w:r>
              <w:rPr>
                <w:rFonts w:ascii="Times New Roman" w:eastAsia="Times New Roman" w:hAnsi="Times New Roman"/>
                <w:lang w:eastAsia="fr-FR"/>
              </w:rPr>
              <w:t>Fédération de Cardiologie</w:t>
            </w:r>
          </w:p>
        </w:tc>
        <w:tc>
          <w:tcPr>
            <w:tcW w:w="0" w:type="auto"/>
            <w:vAlign w:val="center"/>
          </w:tcPr>
          <w:p w14:paraId="227C7E6D" w14:textId="64BCFC54" w:rsidR="001365E8" w:rsidRPr="001C44CE" w:rsidRDefault="001365E8" w:rsidP="006F152D">
            <w:pPr>
              <w:jc w:val="center"/>
            </w:pPr>
            <w:r>
              <w:rPr>
                <w:rFonts w:ascii="Times New Roman" w:eastAsia="Times New Roman" w:hAnsi="Times New Roman"/>
                <w:lang w:eastAsia="fr-FR"/>
              </w:rPr>
              <w:t>Mots mélangés</w:t>
            </w:r>
          </w:p>
        </w:tc>
        <w:tc>
          <w:tcPr>
            <w:tcW w:w="0" w:type="auto"/>
            <w:vAlign w:val="center"/>
          </w:tcPr>
          <w:p w14:paraId="1D0ADD50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7A079579" w14:textId="6DC2C7AE" w:rsidR="001365E8" w:rsidRPr="001C44CE" w:rsidRDefault="009E19BC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3416A" wp14:editId="75EB4875">
                  <wp:extent cx="1689234" cy="538163"/>
                  <wp:effectExtent l="0" t="0" r="0" b="0"/>
                  <wp:docPr id="1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53" cy="55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4D90501" w14:textId="1655F0E7" w:rsidR="001365E8" w:rsidRPr="001C44CE" w:rsidRDefault="001365E8" w:rsidP="006F152D">
            <w:pPr>
              <w:jc w:val="center"/>
            </w:pPr>
          </w:p>
        </w:tc>
      </w:tr>
      <w:tr w:rsidR="003703DC" w:rsidRPr="001C44CE" w14:paraId="2534C3FB" w14:textId="77777777" w:rsidTr="006E4ECC">
        <w:tc>
          <w:tcPr>
            <w:tcW w:w="0" w:type="auto"/>
            <w:shd w:val="clear" w:color="auto" w:fill="EEF30D"/>
            <w:vAlign w:val="center"/>
          </w:tcPr>
          <w:p w14:paraId="7DE9D58F" w14:textId="2CEA6C9C" w:rsidR="001365E8" w:rsidRPr="006F152D" w:rsidRDefault="001365E8" w:rsidP="006F152D">
            <w:pPr>
              <w:tabs>
                <w:tab w:val="left" w:pos="1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vAlign w:val="center"/>
          </w:tcPr>
          <w:p w14:paraId="0EB2D347" w14:textId="53DD0D6B" w:rsidR="001365E8" w:rsidRDefault="00510769" w:rsidP="006F152D">
            <w:pPr>
              <w:suppressAutoHyphens/>
              <w:autoSpaceDN w:val="0"/>
              <w:spacing w:before="100" w:after="100"/>
              <w:jc w:val="center"/>
              <w:rPr>
                <w:rFonts w:ascii="Times New Roman" w:eastAsia="Times New Roman" w:hAnsi="Times New Roman"/>
                <w:lang w:eastAsia="fr-FR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Association des diabétiques de France</w:t>
            </w:r>
          </w:p>
        </w:tc>
        <w:tc>
          <w:tcPr>
            <w:tcW w:w="0" w:type="auto"/>
            <w:vAlign w:val="center"/>
          </w:tcPr>
          <w:p w14:paraId="7D5FF5E0" w14:textId="5E29A4AD" w:rsidR="001365E8" w:rsidRDefault="00510769" w:rsidP="006F152D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Repas partagé</w:t>
            </w:r>
          </w:p>
        </w:tc>
        <w:tc>
          <w:tcPr>
            <w:tcW w:w="0" w:type="auto"/>
            <w:vAlign w:val="center"/>
          </w:tcPr>
          <w:p w14:paraId="65687D39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6992DFD3" w14:textId="20B24AFF" w:rsidR="001365E8" w:rsidRPr="001C44CE" w:rsidRDefault="00F863C5" w:rsidP="006F15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F3CEE2" wp14:editId="7DC495FB">
                  <wp:extent cx="1071562" cy="381000"/>
                  <wp:effectExtent l="0" t="0" r="0" b="0"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48" cy="39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498CE71" w14:textId="6B9260A7" w:rsidR="001365E8" w:rsidRPr="001C44CE" w:rsidRDefault="001365E8" w:rsidP="006F152D">
            <w:pPr>
              <w:jc w:val="center"/>
            </w:pPr>
          </w:p>
        </w:tc>
      </w:tr>
      <w:tr w:rsidR="003703DC" w:rsidRPr="001C44CE" w14:paraId="6006EFF5" w14:textId="77777777" w:rsidTr="006E4ECC">
        <w:tc>
          <w:tcPr>
            <w:tcW w:w="0" w:type="auto"/>
            <w:shd w:val="clear" w:color="auto" w:fill="00B0F0"/>
            <w:vAlign w:val="center"/>
          </w:tcPr>
          <w:p w14:paraId="60087F2F" w14:textId="3EF010F2" w:rsidR="001365E8" w:rsidRPr="006F152D" w:rsidRDefault="001365E8" w:rsidP="006F152D">
            <w:pPr>
              <w:tabs>
                <w:tab w:val="left" w:pos="10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vAlign w:val="center"/>
          </w:tcPr>
          <w:p w14:paraId="41041E18" w14:textId="5380484B" w:rsidR="001365E8" w:rsidRDefault="00D71160" w:rsidP="006F152D">
            <w:pPr>
              <w:suppressAutoHyphens/>
              <w:autoSpaceDN w:val="0"/>
              <w:spacing w:before="100" w:after="100"/>
              <w:jc w:val="center"/>
              <w:rPr>
                <w:rFonts w:ascii="Times New Roman" w:eastAsia="Times New Roman" w:hAnsi="Times New Roman"/>
                <w:lang w:eastAsia="fr-FR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AFM Téléthon</w:t>
            </w:r>
          </w:p>
        </w:tc>
        <w:tc>
          <w:tcPr>
            <w:tcW w:w="0" w:type="auto"/>
            <w:vAlign w:val="center"/>
          </w:tcPr>
          <w:p w14:paraId="56034766" w14:textId="7D196A12" w:rsidR="001365E8" w:rsidRDefault="00AB054A" w:rsidP="006F152D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C’est quoi le Téléthon ?</w:t>
            </w:r>
          </w:p>
        </w:tc>
        <w:tc>
          <w:tcPr>
            <w:tcW w:w="0" w:type="auto"/>
            <w:vAlign w:val="center"/>
          </w:tcPr>
          <w:p w14:paraId="56D6F53C" w14:textId="77777777" w:rsidR="001365E8" w:rsidRPr="001C44CE" w:rsidRDefault="001365E8" w:rsidP="006F152D">
            <w:pPr>
              <w:jc w:val="center"/>
            </w:pPr>
          </w:p>
        </w:tc>
        <w:tc>
          <w:tcPr>
            <w:tcW w:w="0" w:type="auto"/>
          </w:tcPr>
          <w:p w14:paraId="33C3BF46" w14:textId="221E3F58" w:rsidR="001365E8" w:rsidRPr="001C44CE" w:rsidRDefault="005F0E03" w:rsidP="006F152D">
            <w:pPr>
              <w:jc w:val="center"/>
            </w:pPr>
            <w:r>
              <w:rPr>
                <w:noProof/>
              </w:rPr>
              <w:t xml:space="preserve"> </w:t>
            </w:r>
            <w:r w:rsidR="00276B0D">
              <w:rPr>
                <w:noProof/>
              </w:rPr>
              <w:drawing>
                <wp:inline distT="0" distB="0" distL="0" distR="0" wp14:anchorId="7D70DE6B" wp14:editId="36595391">
                  <wp:extent cx="1366756" cy="509587"/>
                  <wp:effectExtent l="0" t="0" r="5080" b="5080"/>
                  <wp:docPr id="1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59" cy="52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F8AEF31" w14:textId="2077ECCA" w:rsidR="001365E8" w:rsidRPr="001C44CE" w:rsidRDefault="001365E8" w:rsidP="006F152D">
            <w:pPr>
              <w:jc w:val="center"/>
            </w:pPr>
          </w:p>
        </w:tc>
      </w:tr>
    </w:tbl>
    <w:p w14:paraId="1B1157CF" w14:textId="77777777" w:rsidR="00B90393" w:rsidRPr="001C44CE" w:rsidRDefault="00B90393"/>
    <w:p w14:paraId="45FD2C93" w14:textId="77777777" w:rsidR="004C4A5E" w:rsidRDefault="004C4A5E"/>
    <w:sectPr w:rsidR="004C4A5E" w:rsidSect="00953E23">
      <w:pgSz w:w="12240" w:h="15840"/>
      <w:pgMar w:top="426" w:right="616" w:bottom="14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665B15"/>
    <w:multiLevelType w:val="hybridMultilevel"/>
    <w:tmpl w:val="A40C0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800FD5"/>
    <w:multiLevelType w:val="hybridMultilevel"/>
    <w:tmpl w:val="341C9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F5A75"/>
    <w:multiLevelType w:val="multilevel"/>
    <w:tmpl w:val="E2B6EF0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7D7B2872"/>
    <w:multiLevelType w:val="hybridMultilevel"/>
    <w:tmpl w:val="B308C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312679">
    <w:abstractNumId w:val="8"/>
  </w:num>
  <w:num w:numId="2" w16cid:durableId="1328635183">
    <w:abstractNumId w:val="6"/>
  </w:num>
  <w:num w:numId="3" w16cid:durableId="707729524">
    <w:abstractNumId w:val="5"/>
  </w:num>
  <w:num w:numId="4" w16cid:durableId="973943407">
    <w:abstractNumId w:val="4"/>
  </w:num>
  <w:num w:numId="5" w16cid:durableId="2068644464">
    <w:abstractNumId w:val="7"/>
  </w:num>
  <w:num w:numId="6" w16cid:durableId="587619783">
    <w:abstractNumId w:val="3"/>
  </w:num>
  <w:num w:numId="7" w16cid:durableId="290523618">
    <w:abstractNumId w:val="2"/>
  </w:num>
  <w:num w:numId="8" w16cid:durableId="1733655618">
    <w:abstractNumId w:val="1"/>
  </w:num>
  <w:num w:numId="9" w16cid:durableId="1662924558">
    <w:abstractNumId w:val="0"/>
  </w:num>
  <w:num w:numId="10" w16cid:durableId="877468677">
    <w:abstractNumId w:val="11"/>
  </w:num>
  <w:num w:numId="11" w16cid:durableId="2032340188">
    <w:abstractNumId w:val="10"/>
  </w:num>
  <w:num w:numId="12" w16cid:durableId="1282763722">
    <w:abstractNumId w:val="12"/>
  </w:num>
  <w:num w:numId="13" w16cid:durableId="20070506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0C04"/>
    <w:rsid w:val="0006063C"/>
    <w:rsid w:val="000D76CD"/>
    <w:rsid w:val="001365E8"/>
    <w:rsid w:val="00136DA5"/>
    <w:rsid w:val="0015074B"/>
    <w:rsid w:val="001C384C"/>
    <w:rsid w:val="001C44CE"/>
    <w:rsid w:val="001E7A85"/>
    <w:rsid w:val="002303E7"/>
    <w:rsid w:val="002525C4"/>
    <w:rsid w:val="00276B0D"/>
    <w:rsid w:val="00287E46"/>
    <w:rsid w:val="0029639D"/>
    <w:rsid w:val="002D1113"/>
    <w:rsid w:val="00326F90"/>
    <w:rsid w:val="003703DC"/>
    <w:rsid w:val="00371B42"/>
    <w:rsid w:val="003D0834"/>
    <w:rsid w:val="004C4A5E"/>
    <w:rsid w:val="00510769"/>
    <w:rsid w:val="00562A4E"/>
    <w:rsid w:val="005A52CE"/>
    <w:rsid w:val="005E485B"/>
    <w:rsid w:val="005F0E03"/>
    <w:rsid w:val="0060108B"/>
    <w:rsid w:val="0068198A"/>
    <w:rsid w:val="00693B4E"/>
    <w:rsid w:val="00697F18"/>
    <w:rsid w:val="006E4ECC"/>
    <w:rsid w:val="006F152D"/>
    <w:rsid w:val="007A1175"/>
    <w:rsid w:val="0085421A"/>
    <w:rsid w:val="00862171"/>
    <w:rsid w:val="00953E23"/>
    <w:rsid w:val="00971F39"/>
    <w:rsid w:val="009A5933"/>
    <w:rsid w:val="009B74B5"/>
    <w:rsid w:val="009C4AC4"/>
    <w:rsid w:val="009E19BC"/>
    <w:rsid w:val="009E427A"/>
    <w:rsid w:val="00A0305F"/>
    <w:rsid w:val="00A23382"/>
    <w:rsid w:val="00A375F3"/>
    <w:rsid w:val="00A95192"/>
    <w:rsid w:val="00AA1634"/>
    <w:rsid w:val="00AA1D8D"/>
    <w:rsid w:val="00AB054A"/>
    <w:rsid w:val="00B47730"/>
    <w:rsid w:val="00B64263"/>
    <w:rsid w:val="00B77950"/>
    <w:rsid w:val="00B90393"/>
    <w:rsid w:val="00B90BB0"/>
    <w:rsid w:val="00B91369"/>
    <w:rsid w:val="00BD2DB2"/>
    <w:rsid w:val="00BE7D13"/>
    <w:rsid w:val="00BF3360"/>
    <w:rsid w:val="00C01DA8"/>
    <w:rsid w:val="00C119F7"/>
    <w:rsid w:val="00C23EE1"/>
    <w:rsid w:val="00C27600"/>
    <w:rsid w:val="00C43C27"/>
    <w:rsid w:val="00C44E20"/>
    <w:rsid w:val="00C50CA7"/>
    <w:rsid w:val="00CB0664"/>
    <w:rsid w:val="00CE455F"/>
    <w:rsid w:val="00D26895"/>
    <w:rsid w:val="00D56922"/>
    <w:rsid w:val="00D71160"/>
    <w:rsid w:val="00DC4737"/>
    <w:rsid w:val="00DE2E69"/>
    <w:rsid w:val="00E23E92"/>
    <w:rsid w:val="00E4308D"/>
    <w:rsid w:val="00E472A3"/>
    <w:rsid w:val="00E5047A"/>
    <w:rsid w:val="00E5445E"/>
    <w:rsid w:val="00E82E6B"/>
    <w:rsid w:val="00ED68A6"/>
    <w:rsid w:val="00F03DBF"/>
    <w:rsid w:val="00F20487"/>
    <w:rsid w:val="00F2616B"/>
    <w:rsid w:val="00F74CAE"/>
    <w:rsid w:val="00F863C5"/>
    <w:rsid w:val="00F92E1D"/>
    <w:rsid w:val="00FA66E4"/>
    <w:rsid w:val="00FB5174"/>
    <w:rsid w:val="00FC2014"/>
    <w:rsid w:val="00FC2EC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9683DA81-3AB6-4264-A202-0EEA5296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63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GestionProjets CPTS TA</cp:lastModifiedBy>
  <cp:revision>21</cp:revision>
  <cp:lastPrinted>2025-10-29T11:43:00Z</cp:lastPrinted>
  <dcterms:created xsi:type="dcterms:W3CDTF">2025-10-29T11:44:00Z</dcterms:created>
  <dcterms:modified xsi:type="dcterms:W3CDTF">2025-11-20T13:46:00Z</dcterms:modified>
  <cp:category/>
</cp:coreProperties>
</file>